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Modelo de formulario de desistimiento</w:t>
      </w:r>
    </w:p>
    <w:p>
      <w:pPr>
        <w:spacing w:after="360"/>
      </w:pPr>
      <w:r>
        <w:rPr>
          <w:i/>
        </w:rPr>
        <w:t>(solo debe cumplimentar y enviar el presente formulario si desea desistir del contrato)</w:t>
      </w:r>
    </w:p>
    <w:p>
      <w:pPr>
        <w:spacing w:after="240"/>
      </w:pPr>
      <w:r>
        <w:t>A la atención de Molecule Pet Bowl Europe, Zaagmolenkade 149, 3035 KD Rotterdam, Nederland, info@moleculepetbowl.eu:</w:t>
      </w:r>
    </w:p>
    <w:p>
      <w:pPr>
        <w:spacing w:after="120"/>
      </w:pPr>
      <w:r>
        <w:t>Por la presente le comunico/comunicamos (*) que desisto de mi/desistimos de nuestro (*) contrato de venta del siguiente bien/prestación del siguiente servicio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Pedido el/recibido el (*)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Nombre del consumidor o de los consumidores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Dirección del consumidor o de los consumidores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Firma del consumidor o de los consumidores (solo si el presente formulario se presenta en papel)</w:t>
      </w:r>
    </w:p>
    <w:p>
      <w:r>
        <w:t>___________________________________________________________________________</w:t>
      </w:r>
    </w:p>
    <w:p>
      <w:pPr>
        <w:spacing w:before="240" w:after="0"/>
      </w:pPr>
      <w:r>
        <w:t>Fecha</w:t>
      </w:r>
    </w:p>
    <w:p>
      <w:r>
        <w:t>___________________________________________________________________________</w:t>
      </w:r>
    </w:p>
    <w:p>
      <w:pPr>
        <w:spacing w:before="480"/>
      </w:pPr>
      <w:r>
        <w:rPr>
          <w:sz w:val="18"/>
        </w:rPr>
        <w:t>(*) Táchese lo que no proceda.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